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הכלי ואת האופן שבו הוא עוזר לתרגל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הכרטיסים השונות ואת סוג המשימה שכל משפחה מציעה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שאלות למשפחה המתאימה ולבנות שאלה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משימה מהירה לדיון סביב כל טקסט שנלמד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 3, 5 או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ניתוח התנהגות ומניעים של דמויות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הכרטיסים נבנו כך שיתאימו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מופיעות אפשרויות רמה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כמה משפחות שונות כמו הבנה, דמויות, לשון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משפחת הכרטיס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(בדיקת הבנת התוכן הבסיסי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(עיסוק במשמעות ובשימוש במילים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(ניתוח מניעים והתנהגות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(בחינת החלקים שמהם בנוי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בכלי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הקרינו את הדף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שלפו כרטיס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הפעילו טיימר למשימה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הסקת מסקנות או חיבור בין רעיונות, לא רק שליפת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ליצירת משימה מהירה סביב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הבנה, דמויות, לשון,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ולבחור זמן, ולאפס אותו לפי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הלוח ולתרגל יחד שליפת כרטיס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ולתת לכל זוג משפחה אחרת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של 2-3 תוצרים בכיתה, כפי שמוצע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הכלי "שלוף כרטיס" מאפשר לשלוף כרטיס משימה אקראי שמתאים לכל טקסט שלומדים בכיתה, מתוך כמה משפחות כמו הבנה, אוצר מילים, דמויות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יצירה  ·  עולים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הכלי "שלוף כרטיס"?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משימה מהירה לדיון סביב כל טקסט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ללמד כללי 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אפשרויות זמן קיימות בטיימר של הכלי?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1, 3, 5 או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כרטיס מהמשפחה "דמויות" יעסוק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ניתוח התנהגות ומניעים של דמויות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חוקי 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נוף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"שלוף כרטיס" מתאים לכל טקסט שלומדים בכיתה, לא רק לטקסט ספציפי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רמה מתאימה כמו יסודי, חט״ב, חט״ע או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קיימת בחפיסה משפחת כרטיסים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שליפת כרטיס אפשר לבחור רמה: יסודי, חט״ב, חט״ע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מהמשפחה "__________" מזמין את התלמידים ליצור תוצר חדש בהשראת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משפחת הכרטיס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ניתוח מניעים והתנהגות של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בדיקת הבנת התוכן הבסיסי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בחינת החלקים שמהם בנוי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מבנה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עיסוק במשמעות ובשימוש במילים מהטקסט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השימוש בכלי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שלפו כרטיס אקראי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הפעילו טיימר למשימה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רמה מתאימה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הקרינו את הדף על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משלכם מהסוג "חשיבה מסדר גבוה" שמתאימה לטקסט שלמדתם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מטרת הכלי "שלוף כרטיס"?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משפחות כרטיסים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הכלי "שלוף כרטיס"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