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הכלי ואת האופן שבו הוא עוזר לתרגל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משפחות הכרטיסים השונות ואת סוג המשימה שכל משפחה מציעה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שאלות למשפחה המתאימה ולבנות שאלה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משימה מהירה לדיון סביב כל טקסט שנלמד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1, 3, 5 או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ניתוח התנהגות ומניעים של דמויות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איך בנוי הטקסט - פתיחה, גוף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להביע עמדה ולנמק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להפעיל טיימר ואחר כך לשתף 2-3 תוצרים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הכרטיסים נבנו כך שיתאימו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מופיעות אפשרויות רמה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כמה משפחות שונות כמו הבנה, דמויות, לשון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תפקידה של משפחה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בעמוד מופיע כפתור "איפוס"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משפחת הכרטיס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(בדיקת הבנת התוכן הבסיסי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(עיסוק במשמעות ובשימוש במילים מהטקסט)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(ניתוח מניעים והתנהגות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(בחינת החלקים שמהם בנוי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(הבעת עמדה אישית ונימוקה)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בכלי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רמה מתאימה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הקרינו את הדף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שלפו כרטיס אקראי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הפעילו טיימר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שתפו 2-3 תוצרים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הסקת מסקנות או חיבור בין רעיונות, לא רק שליפת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שם משפחה והסבר מדויק על סוג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ליצירת משימה מהירה סביב 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הבנה, דמויות, לשון,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ולבחור זמן, ולאפס אותו לפי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הלוח ולתרגל יחד שליפת כרטיס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ולתת לכל זוג משפחה אחרת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של 2-3 תוצרים בכיתה, כפי שמוצע בעמוד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הכלי "שלוף כרטיס"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כלי שבו שולפים כרטיס עם משימה. המשימה מתאימה לכל טקסט שלומדים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שלוף כרטיס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לחצן שמגריל כרטיס משימה אקראי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הכרטיסים יחד, כמו חפיסת קלפים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כרטיסים מאותו סוג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הבנת התוכן הבסיסי של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חשיבה מסדר גבוה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שמצריכה חשיבה מעמיקה ולא רק שליפת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ודעה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עמדה אישית ונימוק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בנוי הטקסט - פתיחה, גוף, 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שעון עצר שמגביל את זמן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הכלי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משימה מהירה לדיון סביב כל טקסט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כללי דקדוק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ציונים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אפשר להגדיר בשעון?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1, 3, 5 או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אפשרות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שואל כרטיס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ניתוח התנהגות ומניעים של דמויות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חוקי 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חישובי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שואל כרטיס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הכריכה של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בנוי הטקסט - פתיחה, גוף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העמודים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המוציא לאור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בכרטיס טיעון 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לשנן את הטקסט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לחשב נתונים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עמדה ולנמק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אחרי שליפת כרטיס לפי הטיפ?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להפעיל טיימר ואחר כך לשתף 2-3 תוצרים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הכרטיס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לכרטיס הבא בלי לענות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השיעור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"שלוף כרטיס" מתאים לכל טקסט שלומדים בכיתה, לא רק לטקסט ספציפי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רמה מתאימה כמו יסודי, חט״ב, חט״ע או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בחפיסה משפחת כרטיסים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"אוצר מילים" עוסקים במשמעות ובשימוש במילים מהטקסט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ניתן לאפס את הטיימר לאחר שהופעל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שליפת כרטיס אפשר לבחור רמה: יסודי, חט״ב, חט״ע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מהמשפחה "__________" מזמין את התלמידים ליצור תוצר חדש בהשראת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מהמשפחה "חשיבה מסדר __________" מאתגר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העוסק בכללי שפה ודקדוק שייך למשפחת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משפחת הכרטיס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עיסוק במשמעות ובשימוש במילים מהטקסט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ניתוח מניעים והתנהגות של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בדיקת הבנת התוכן הבסיסי של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מבנה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הבעת עמדה אישית ונימוקה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 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בחינת החלקים שמהם בנוי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השימוש בכלי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הקרינו את הדף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רמה מתאימה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 טיימר למשימה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שתפו 2-3 תוצרים מהכיתה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שלפו כרטיס אקראי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משלכם מהסוג "חשיבה מסדר גבוה" שמתאימה לטקסט שלמדתם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משפחת כרטיס אחת והסבירו במילים שלכם מה סוג המשימה שהיא מציעה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הכלי "שלוף כרטיס"?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משפחות כרטיסים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הטיימר?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הכלי "שלוף כרטיס"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