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🃏 כרטיסיות משימה לכל טקסט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הכלי "שלוף כרטיס"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מטרת הכלי ואת האופן שבו הוא עוזר לתרגל כל 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משפחות הכרטיסים השונות ואת סוג המשימה שכל משפחה מציעה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סיווג שאלות למשפחה המתאימה ולבנות שאלה 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ליצור משימה מהירה לדיון סביב כל טקסט שנלמד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1, 3, 5 או 10 דקות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ניתוח התנהגות ומניעים של דמויות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איך בנוי הטקסט - פתיחה, גוף וסיום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להביע עמדה ולנמק אותה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להפעיל טיימר ואחר כך לשתף 2-3 תוצרים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הכרטיסים נבנו כך שיתאימו לכל 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בעמוד מופיעות אפשרויות רמה שונות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יש כמה משפחות שונות כמו הבנה, דמויות, לשון ועוד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 בדיוק תפקידה של משפחה זו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בעמוד מופיע כפתור "איפוס"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עולים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גבוה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לשון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משפחת הכרטיס לתיאור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(בדיקת הבנת התוכן הבסיסי של הטקסט)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(עיסוק במשמעות ובשימוש במילים מהטקסט)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(ניתוח מניעים והתנהגות של הדמויות)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(בחינת החלקים שמהם בנוי הטקסט)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(הבעת עמדה אישית ונימוקה)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השימוש בכלי בסדר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בחרו רמה מתאימה לכיתה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הקרינו את הדף על הלוח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שלפו כרטיס אקראי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הפעילו טיימר למשימה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שתפו 2-3 תוצרים מהכיתה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ויצירה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השאלה דורשת הסקת מסקנות או חיבור בין רעיונות, לא רק שליפת מידע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הכוללת שם משפחה והסבר מדויק על סוג המשימה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כלי ליצירת משימה מהירה סביב כל 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למשל: הבנה, דמויות, לשון, אוצר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להפעיל ולבחור זמן, ולאפס אותו לפי הצורך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את הדף על הלוח ולתרגל יחד שליפת כרטיס לפני העבודה העצמאית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לחלק את התלמידים לזוגות ולתת לכל זוג משפחה אחרת לדיון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לאפשר שיתוף של 2-3 תוצרים בכיתה, כפי שמוצע בעמוד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🃏 כרטיסיות משימה לכל טקסט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הכלי "שלוף כרטיס"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הכלי "שלוף כרטיס" מאפשר לשלוף כרטיס משימה אקראי שמתאים לכל טקסט שלומדים בכיתה, מתוך כמה משפחות כמו הבנה, אוצר מילים, דמויות ועוד.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המטרה העיקרית של הכלי "שלוף כרטיס"?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ליצור משימה מהירה לדיון סביב כל טקסט שנלמד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ללמד כללי דקדוק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להחליף את המורה בכיתה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לבדוק ציונים של תלמידים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אילו אפשרויות זמן קיימות בטיימר של הכלי?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דקה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1, 3, 5 או 10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10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אפשרות טיימר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כרטיס מהמשפחה "דמויות" יעסוק בעיקר ב...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ניתוח התנהגות ומניעים של דמויות בטקסט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חוקי תחביר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ציור נוף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חישובי מתמטיקה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כרטיס מהמשפחה "מבנה הטקסט" יבדוק בעיקר...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את צבע הכריכה של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איך בנוי הטקסט - פתיחה, גוף וסיום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את מספר העמודים בטקסט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את שם המוציא לאור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כרטיס מהמשפחה "טיעון ודעה" מזמין את התלמידים...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לשנן את הטקסט בעל 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לחשב נתונים מספריים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להביע עמדה ולנמק אותה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לצייר תרשים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לפי הטיפ בעמוד, מה כדאי לעשות אחרי שליפת כרטיס לכל הכיתה?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להפעיל טיימר ואחר כך לשתף 2-3 תוצרים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למחוק את הכרטיס 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לדלג לכרטיס הבא בלי לענות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לסיים את השיעור מיד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"שלוף כרטיס" מתאים לכל טקסט שלומדים בכיתה, לא רק לטקסט ספציפי אחד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לבחור רמה מתאימה כמו יסודי, חט״ב, חט״ע או עולים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קיימת בחפיסה משפחת כרטיסים אחת בלבד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כרטיסי "אוצר מילים" עוסקים במשמעות ובשימוש במילים מהטקסט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לא ניתן לאפס את הטיימר לאחר שהופעל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לפני שליפת כרטיס אפשר לבחור רמה: יסודי, חט״ב, חט״ע או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כרטיס מהמשפחה "__________" מזמין את התלמידים ליצור תוצר חדש בהשראת 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כרטיס מהמשפחה "חשיבה מסדר __________" מאתגר חשיבה מעמיקה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כרטיס העוסק בכללי שפה ודקדוק שייך למשפחת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משפחת הכרטיס לתיאור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הבנה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הבעת עמדה אישית ונימוקה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אוצר מילים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ניתוח מניעים והתנהגות של הדמויות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דמויות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בדיקת הבנת התוכן הבסיסי של הטקסט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מבנה הטקסט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עיסוק במשמעות ובשימוש במילים מהטקסט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טיעון ודעה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בחינת החלקים שמהם בנוי הטקסט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השימוש בכלי בסדר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הקרינו את הדף על הלוח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שלפו כרטיס אקראי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בחרו רמה מתאימה לכיתה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שתפו 2-3 תוצרים מהכיתה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הפעילו טיימר למשימה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ויצירה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שאלה אחת משלכם מהסוג "חשיבה מסדר גבוה" שמתאימה לטקסט שלמדתם לאחרונה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משפחת כרטיס אחת והסבירו במילים שלכם מה סוג המשימה שהיא מציעה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מטרת הכלי "שלוף כרטיס"?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ציינו שתי משפחות כרטיסים שונות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אפשר לעשות עם הטיימר?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הכלי "שלוף כרטיס"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